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 mülakat çalışma sayfası</w:t>
      </w:r>
    </w:p>
    <w:p>
      <w:r>
        <w:t>Mülakatta anlatmak istediğiniz tek bir olayı seçin. Her kutuya kısa notlar alın; özellikle kendi yaptığınız işi ve sonucu açık yazın.</w:t>
      </w:r>
    </w:p>
    <w:p>
      <w:pPr>
        <w:pStyle w:val="Heading1"/>
      </w:pPr>
      <w:r>
        <w:t>Durum</w:t>
      </w:r>
    </w:p>
    <w:p>
      <w:r>
        <w:t>Nerede, ne zaman, hangi sorunla karşılaştınız?</w:t>
      </w:r>
    </w:p>
    <w:p>
      <w:r>
        <w:rPr>
          <w:b/>
        </w:rPr>
        <w:t>Notlarınız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Görev</w:t>
      </w:r>
    </w:p>
    <w:p>
      <w:r>
        <w:t>Sizden ne bekleniyordu?</w:t>
      </w:r>
    </w:p>
    <w:p>
      <w:r>
        <w:rPr>
          <w:b/>
        </w:rPr>
        <w:t>Notlarınız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Eylem</w:t>
      </w:r>
    </w:p>
    <w:p>
      <w:r>
        <w:t>Siz hangi adımları attınız? Ekip işi olsa bile kendi katkınızı ayırın.</w:t>
      </w:r>
    </w:p>
    <w:p>
      <w:r>
        <w:rPr>
          <w:b/>
        </w:rPr>
        <w:t>Notlarınız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Sonuç</w:t>
      </w:r>
    </w:p>
    <w:p>
      <w:r>
        <w:t>Ne değişti? Ölçülebilen bir sonuç yoksa öğrendiğiniz şeyi yazın.</w:t>
      </w:r>
    </w:p>
    <w:p>
      <w:r>
        <w:rPr>
          <w:b/>
        </w:rPr>
        <w:t>Notlarınız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Bir dakikalık anlatım</w:t>
      </w:r>
    </w:p>
    <w:p>
      <w:r>
        <w:t>Yukarıdaki notları bir arkadaşınıza sesli anlatın. Gereksiz ayrıntıları çıkarıp eylem ve sonuca yer bırakın.</w:t>
      </w:r>
    </w:p>
    <w:p>
      <w:r>
        <w:rPr>
          <w:b/>
        </w:rPr>
        <w:t>Kısa anlatımınız</w:t>
      </w:r>
    </w:p>
    <w:p>
      <w:pPr>
        <w:spacing w:after="180"/>
      </w:pPr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7"/>
        <w:sz w:val="16"/>
      </w:rPr>
      <w:t>Murat Kendugan  |  muratkendugan.com/kariyer-gelisim-kursu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ptos" w:hAnsi="Aptos"/>
      <w:color w:val="1518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5181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5181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51816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